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המים חוזרים לשדה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טיהור השפכים והפיכתם לקולחין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החשיבות של מיחזור מים בחקלאות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פתרונות מים בישראל ובעולם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חיידקים מועילים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להשקיית שדות, מטעים וחורשות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קולחין מתאימים להשקיה ולא לשתייה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ישראל נחשבת מובילה עולמית בתחום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קולחין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חיידקים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קולחין או רק מי 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(מתאים לקולחין)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(רק מי שתייה)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(מתאים לקולחין)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(רק מי שתייה)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הטיהור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המים זורמים בצינורות הביוב ממתקן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מסננים חפצים גדולים, חול ושומן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חיידקים מועילים מפרקים את הלכלוך האורגני בבריכות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מסננים שוב ומחטאים את המים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המים משמשים קודם בבית לשימושים שונים, ואחרי טיהור הם הופכים לקולחין שמשקים בהם שדות ומטעים - כך אותה טיפה משמשת פעמיים.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שלבי סינון, פירוק אורגני וחיטוי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מבין/ה שזה חוסך מים שפירים לשתייה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מבדיל/ה בין השקיה (מתאים) לשתייה או בישול (לא מתאים)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תמונה של מתקן טיהור שפכים כדי להמחיש את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בשאלת התחנה על שם חדש לקולחין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לדיון בנושא חיסכון במים בבית הספר ובבית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המים חוזרים לשדה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המים שזורמים בכיור ובאמבטיה שלנו לא נעלמים - הם עוברים מסע מרתק במתקן טיהור שפכים וחוזרים לשמש אותנו שוב, הפעם בהשקיית שדות ומטעים.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קולחין  ·  חורשות  ·  חיידקים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'אוכל' את הלכלוך האורגני בבריכות הטיהור?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חיידקים מועילים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משמשים הקולחין בעיקר?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לשתייה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להשקיית שדות, מטעים וחורשות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קולחין מיועדים בעיקר לשתייה.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בתהליך הטיהור נעזרים בחיידקים מועילים.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ישראל ממחזרת חלק גדול מאוד מהשפכים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המים שיוצאים מתהליך הטיהור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בבריכות הטיהור, __________ מועילים אוכלים את הלכלוך האורגני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קולחין מתאימים להשקיית שדות, מטעים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מיון: קולחין או רק מי שתייה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השקיית שדה כותנה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מתאים לקולחין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מילוי בקבוק לטיול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רק מי שתייה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השקיית חורשה ופארק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מתאים לקולחין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צחצוח שיניים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רק מי שתייה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הטיהור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חיידקים מועילים מפרקים את הלכלוך האורגני בבריכות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המים זורמים בצינורות הביוב ממתקן 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מסננים שוב ומחטאים את המים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מסננים חפצים גדולים, חול ושומן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אומרים שאותה טיפת מים 'משמשת אותנו פעמיים'.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תהליך הפיכת שפכים למים שמתאימים להשקיה?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לישראל למחזר שפכים?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המים חוזרים לשדה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