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טיהור השפכים והפיכתם לקולחין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החשיבות של מיחזור מים בחקלאות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פתרונות מים בישראל ובעולם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חיידקים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להשקיית שדות, מטעים וחורשות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מי השתייה נשמרים לבני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מסננים חפצים גדולים, חול ושומן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 שפכים מטוהרים ברמה גבוהה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קולחין מתאימים להשקיה ולא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ישראל נחשבת מובילה עולמית בתחום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לטהר אותם ולהשתמש בהם כקולחין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הם משמשים בעיקר את התעשייה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קולחין או רק 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(מתאים לקולחין)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(מתאים לקולחין)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(מתאים לקולחין)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הטיהור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המים זורמים בצינורות הביוב ממתקן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מסננים חפצים גדולים, חול ושומן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חיידקים מועילים מפרקים את הלכלוך האורגני בבריכות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מסננים שוב ומחטאים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המים היוצאים, הקולחין, מושקים בשדות ובמטעים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המים משמשים קודם בבית לשימושים שונים, ואחרי טיהור הם הופכים לקולחין שמשקים בהם שדות ומטעים - כך אותה טיפה משמשת פעמיים.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בשתי המדינות מטהרים שפכים ומשתמשים בהם שוב כדי לחסוך במים שפירים. בישראל הקולחין משמשים בעיקר לחקלאות ובסינגפור המים החדשים משמשים בעיקר לתעשייה.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שלבי סינון, פירוק אורגני וחיטוי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מבין/ה שזה חוסך מים שפירים לשתייה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מבדיל/ה בין השקיה (מתאים) לשתייה או בישול (לא מתאים)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מתקן טיהור שפכים כדי להמחיש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בשאלת התחנה על שם חדש לקולחין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לדיון בנושא חיסכון במים בבית הספר ובבית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המים שזורמים בכיור ובאמבטיה שלנו לא נעלמים - הם עוברים מסע מרתק במתקן טיהור שפכים וחוזרים לשמש אותנו שוב, הפעם בהשקיית שדות ומטעים.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'אוכל' את הלכלוך האורגני בבריכות הטיהור?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חיידקים מועילים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עובדי המתקן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משמשים הקולחין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לשתייה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להשקיית שדות, מטעים וחורשות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למילוי בריכות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היתרון המרכזי בשימוש בקולחין בחקלאות?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מתוקים יותר ממי 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זולים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מגיעים ישר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השתייה נשמרים לבני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הראשון של הטיהור?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צבע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מסננים חפצים גדולים, חול ושומן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מחממים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נקרא 'מים חדשים' בסינגפור?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ים מותפלים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שפכים מטוהרים ברמה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מיועדים בעיקר לשתייה.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בתהליך הטיהור נעזרים בחיידקים מועילים.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ממחזרת חלק גדול מאוד מהשפכים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מהמקלחת תמיד נזרקים לים ואי אפשר להשתמש בהם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יכולים לשמש גם להזרמה לנחלים.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בסינגפור משתמשים ב'מים חדשים' בעיקר לשתייה ישירה.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המים שיוצאים מתהליך הטיהור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בבריכות הטיהור, __________ מועילים אוכלים את הלכלוך האורגני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קולחין מתאימים להשקיית שדות, מטעים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הראשון של הטיהור מסננים חפצים גדולים, חול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בסינגפור קוראים למים המטוהרים שלהם '__________ חדשים'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קולחין או רק מי 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השקיית שדה 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מילוי בקבוק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לקולחין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השקיית חורשה ופארק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בישול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לקולחין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השקיית מטע תפוזים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מתאים לקולחין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הטיהור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חיידקים מועילים מפרקים את הלכלוך האורגני בבריכות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מסננים חפצים גדולים, חול ושומן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מסננים שוב ומחטאים 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זורמים בצינורות הביוב ממתקן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היוצאים, הקולחין, מושקים בשדות ובמטעים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אומרים שאותה טיפת מים 'משמשת אותנו פעמיים'.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הדמיון ומה ההבדל בין השימוש בקולחין בישראל לבין 'המים החדשים' בסינגפור?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תהליך הפיכת שפכים למים שמתאימים להשקיה?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לישראל למחזר שפכים?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מתאים בקולחין ודוגמה אחת לשימוש שלא מתאים.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המים חוזרים לשדה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